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92A4" w14:textId="097D6F44" w:rsidR="00AE200B" w:rsidRPr="0032453F" w:rsidRDefault="00000000" w:rsidP="0032453F">
      <w:pPr>
        <w:pStyle w:val="Title"/>
        <w:spacing w:after="0"/>
        <w:rPr>
          <w:sz w:val="24"/>
          <w:szCs w:val="44"/>
        </w:rPr>
      </w:pPr>
      <w:r w:rsidRPr="0032453F">
        <w:rPr>
          <w:sz w:val="24"/>
          <w:szCs w:val="44"/>
        </w:rPr>
        <w:t>FORMULAR</w:t>
      </w:r>
      <w:r w:rsidR="0032453F" w:rsidRPr="0032453F">
        <w:rPr>
          <w:sz w:val="24"/>
          <w:szCs w:val="44"/>
        </w:rPr>
        <w:t xml:space="preserve"> </w:t>
      </w:r>
      <w:proofErr w:type="spellStart"/>
      <w:r w:rsidRPr="0032453F">
        <w:rPr>
          <w:sz w:val="24"/>
          <w:szCs w:val="44"/>
        </w:rPr>
        <w:t>Expresie</w:t>
      </w:r>
      <w:proofErr w:type="spellEnd"/>
      <w:r w:rsidRPr="0032453F">
        <w:rPr>
          <w:sz w:val="24"/>
          <w:szCs w:val="44"/>
        </w:rPr>
        <w:t xml:space="preserve"> de </w:t>
      </w:r>
      <w:proofErr w:type="spellStart"/>
      <w:r w:rsidRPr="0032453F">
        <w:rPr>
          <w:sz w:val="24"/>
          <w:szCs w:val="44"/>
        </w:rPr>
        <w:t>interes</w:t>
      </w:r>
      <w:proofErr w:type="spellEnd"/>
      <w:r w:rsidRPr="0032453F">
        <w:rPr>
          <w:sz w:val="24"/>
          <w:szCs w:val="44"/>
        </w:rPr>
        <w:t xml:space="preserve"> </w:t>
      </w:r>
      <w:proofErr w:type="spellStart"/>
      <w:r w:rsidRPr="0032453F">
        <w:rPr>
          <w:sz w:val="24"/>
          <w:szCs w:val="44"/>
        </w:rPr>
        <w:t>și</w:t>
      </w:r>
      <w:proofErr w:type="spellEnd"/>
      <w:r w:rsidRPr="0032453F">
        <w:rPr>
          <w:sz w:val="24"/>
          <w:szCs w:val="44"/>
        </w:rPr>
        <w:t xml:space="preserve"> </w:t>
      </w:r>
      <w:proofErr w:type="spellStart"/>
      <w:r w:rsidRPr="0032453F">
        <w:rPr>
          <w:sz w:val="24"/>
          <w:szCs w:val="44"/>
        </w:rPr>
        <w:t>propunere</w:t>
      </w:r>
      <w:proofErr w:type="spellEnd"/>
      <w:r w:rsidRPr="0032453F">
        <w:rPr>
          <w:sz w:val="24"/>
          <w:szCs w:val="44"/>
        </w:rPr>
        <w:t xml:space="preserve"> de </w:t>
      </w:r>
      <w:proofErr w:type="spellStart"/>
      <w:r w:rsidRPr="0032453F">
        <w:rPr>
          <w:sz w:val="24"/>
          <w:szCs w:val="44"/>
        </w:rPr>
        <w:t>colaborare</w:t>
      </w:r>
      <w:proofErr w:type="spellEnd"/>
    </w:p>
    <w:p w14:paraId="4AE5E361" w14:textId="77777777" w:rsidR="0032453F" w:rsidRPr="0032453F" w:rsidRDefault="0032453F" w:rsidP="0032453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7670"/>
      </w:tblGrid>
      <w:tr w:rsidR="00AE200B" w:rsidRPr="0032453F" w14:paraId="592370B2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78787A5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Program</w:t>
            </w:r>
          </w:p>
        </w:tc>
        <w:tc>
          <w:tcPr>
            <w:tcW w:w="7670" w:type="dxa"/>
          </w:tcPr>
          <w:p w14:paraId="40FA308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Programul Creștere Inteligentă, Digitalizare și Instrumente Financiare 2021-2027 (PoCIDIF)</w:t>
            </w:r>
          </w:p>
        </w:tc>
      </w:tr>
      <w:tr w:rsidR="00AE200B" w:rsidRPr="0032453F" w14:paraId="3D2F989E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3FA7407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Prioritate</w:t>
            </w:r>
          </w:p>
        </w:tc>
        <w:tc>
          <w:tcPr>
            <w:tcW w:w="7670" w:type="dxa"/>
          </w:tcPr>
          <w:p w14:paraId="0E611357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Prioritatea 1 - Susținerea și promovarea unui sistem de CDI atractiv și competitiv în România</w:t>
            </w:r>
          </w:p>
        </w:tc>
      </w:tr>
      <w:tr w:rsidR="00AE200B" w:rsidRPr="0032453F" w14:paraId="00FEE8FE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65FEBF1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Obiectiv specific</w:t>
            </w:r>
          </w:p>
        </w:tc>
        <w:tc>
          <w:tcPr>
            <w:tcW w:w="7670" w:type="dxa"/>
          </w:tcPr>
          <w:p w14:paraId="78F5991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RSO1.1 - Dezvoltarea și îmbunătățirea capacităților de cercetare și inovare și adoptarea de tehnologii avansate (FEDR)</w:t>
            </w:r>
          </w:p>
        </w:tc>
      </w:tr>
      <w:tr w:rsidR="00AE200B" w:rsidRPr="0032453F" w14:paraId="3493BC05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4E3CFF7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Acțiune/Măsură</w:t>
            </w:r>
          </w:p>
        </w:tc>
        <w:tc>
          <w:tcPr>
            <w:tcW w:w="7670" w:type="dxa"/>
          </w:tcPr>
          <w:p w14:paraId="15212BA3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Acțiunea 1.1 - Sprijin pentru sectorul privat și pentru colaborarea între actorii din sistemul public și mediul de afaceri în domeniul CDI</w:t>
            </w:r>
            <w:r w:rsidRPr="0032453F">
              <w:rPr>
                <w:sz w:val="20"/>
                <w:szCs w:val="20"/>
              </w:rPr>
              <w:br/>
              <w:t>Măsura 1.1.2 - Creșterea gradului de colaborare public-privat (OC și IMM)</w:t>
            </w:r>
          </w:p>
        </w:tc>
      </w:tr>
      <w:tr w:rsidR="00AE200B" w:rsidRPr="0032453F" w14:paraId="7419E81E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22A0E15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Apel vizat</w:t>
            </w:r>
          </w:p>
        </w:tc>
        <w:tc>
          <w:tcPr>
            <w:tcW w:w="7670" w:type="dxa"/>
          </w:tcPr>
          <w:p w14:paraId="10F07735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Sprijin pentru Proiecte Tehnologice Inovative</w:t>
            </w:r>
            <w:r w:rsidRPr="0032453F">
              <w:rPr>
                <w:sz w:val="20"/>
                <w:szCs w:val="20"/>
              </w:rPr>
              <w:br/>
              <w:t>PCIDIF/946/PCIDIF_P1/OP1/RSO1.1/PCIDIF_A1 - regiune mai dezvoltată (MDR)</w:t>
            </w:r>
          </w:p>
        </w:tc>
      </w:tr>
      <w:tr w:rsidR="00AE200B" w:rsidRPr="0032453F" w14:paraId="6E0288B4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20EACC2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Titlul provizoriu al proiectului</w:t>
            </w:r>
          </w:p>
        </w:tc>
        <w:tc>
          <w:tcPr>
            <w:tcW w:w="7670" w:type="dxa"/>
          </w:tcPr>
          <w:p w14:paraId="6AA5999A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Soluții inovative pentru betoane structurale sustenabile cu agregate reciclate, armături de înaltă rezistență B600C și armare dispersă cu fibre metalice</w:t>
            </w:r>
          </w:p>
        </w:tc>
      </w:tr>
      <w:tr w:rsidR="00AE200B" w:rsidRPr="0032453F" w14:paraId="2EA1717E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72434079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Lider de parteneriat propus</w:t>
            </w:r>
          </w:p>
        </w:tc>
        <w:tc>
          <w:tcPr>
            <w:tcW w:w="7670" w:type="dxa"/>
          </w:tcPr>
          <w:p w14:paraId="190D4F21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Universitatea Tehnică de Construcții București</w:t>
            </w:r>
          </w:p>
        </w:tc>
      </w:tr>
      <w:tr w:rsidR="00AE200B" w:rsidRPr="0032453F" w14:paraId="181691A7" w14:textId="77777777" w:rsidTr="0032453F">
        <w:trPr>
          <w:jc w:val="center"/>
        </w:trPr>
        <w:tc>
          <w:tcPr>
            <w:tcW w:w="2410" w:type="dxa"/>
            <w:shd w:val="clear" w:color="auto" w:fill="D9EAF7"/>
          </w:tcPr>
          <w:p w14:paraId="028BB3B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Număr parteneri privați selectați</w:t>
            </w:r>
          </w:p>
        </w:tc>
        <w:tc>
          <w:tcPr>
            <w:tcW w:w="7670" w:type="dxa"/>
          </w:tcPr>
          <w:p w14:paraId="447A04CA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1 partener privat - IMM</w:t>
            </w:r>
          </w:p>
        </w:tc>
      </w:tr>
    </w:tbl>
    <w:p w14:paraId="34DE7D19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56720238" w14:textId="77777777" w:rsidR="00AE200B" w:rsidRDefault="00000000" w:rsidP="0032453F">
      <w:pPr>
        <w:spacing w:after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 xml:space="preserve">Formularul se completează de către IMM-ul interesat și se depune împreună cu documentele justificative solicitate </w:t>
      </w:r>
      <w:proofErr w:type="spellStart"/>
      <w:r w:rsidRPr="0032453F">
        <w:rPr>
          <w:sz w:val="20"/>
          <w:szCs w:val="20"/>
        </w:rPr>
        <w:t>prin</w:t>
      </w:r>
      <w:proofErr w:type="spellEnd"/>
      <w:r w:rsidRPr="0032453F">
        <w:rPr>
          <w:sz w:val="20"/>
          <w:szCs w:val="20"/>
        </w:rPr>
        <w:t xml:space="preserve"> </w:t>
      </w:r>
      <w:proofErr w:type="spellStart"/>
      <w:r w:rsidRPr="0032453F">
        <w:rPr>
          <w:sz w:val="20"/>
          <w:szCs w:val="20"/>
        </w:rPr>
        <w:t>anunț</w:t>
      </w:r>
      <w:proofErr w:type="spellEnd"/>
      <w:r w:rsidRPr="0032453F">
        <w:rPr>
          <w:sz w:val="20"/>
          <w:szCs w:val="20"/>
        </w:rPr>
        <w:t>.</w:t>
      </w:r>
    </w:p>
    <w:p w14:paraId="6B070933" w14:textId="77777777" w:rsidR="0032453F" w:rsidRPr="0032453F" w:rsidRDefault="0032453F" w:rsidP="0032453F">
      <w:pPr>
        <w:spacing w:after="0" w:line="240" w:lineRule="auto"/>
        <w:rPr>
          <w:sz w:val="20"/>
          <w:szCs w:val="20"/>
        </w:rPr>
      </w:pPr>
    </w:p>
    <w:p w14:paraId="6ECC0BE3" w14:textId="77777777" w:rsidR="00AE200B" w:rsidRPr="0032453F" w:rsidRDefault="00000000" w:rsidP="0032453F">
      <w:pPr>
        <w:pStyle w:val="Heading1"/>
        <w:spacing w:before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>1. Date de identificare IMM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0"/>
        <w:gridCol w:w="4700"/>
      </w:tblGrid>
      <w:tr w:rsidR="00AE200B" w:rsidRPr="0032453F" w14:paraId="003411B8" w14:textId="77777777">
        <w:trPr>
          <w:jc w:val="center"/>
        </w:trPr>
        <w:tc>
          <w:tcPr>
            <w:tcW w:w="3300" w:type="dxa"/>
            <w:shd w:val="clear" w:color="auto" w:fill="D9EAF7"/>
          </w:tcPr>
          <w:p w14:paraId="24F0F2BC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Informație solicitată</w:t>
            </w:r>
          </w:p>
        </w:tc>
        <w:tc>
          <w:tcPr>
            <w:tcW w:w="4700" w:type="dxa"/>
            <w:shd w:val="clear" w:color="auto" w:fill="D9EAF7"/>
          </w:tcPr>
          <w:p w14:paraId="4A9CE61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Răspuns IMM</w:t>
            </w:r>
          </w:p>
        </w:tc>
      </w:tr>
      <w:tr w:rsidR="00AE200B" w:rsidRPr="0032453F" w14:paraId="14C1C337" w14:textId="77777777">
        <w:trPr>
          <w:jc w:val="center"/>
        </w:trPr>
        <w:tc>
          <w:tcPr>
            <w:tcW w:w="3300" w:type="dxa"/>
          </w:tcPr>
          <w:p w14:paraId="68988201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 xml:space="preserve">Denumirea completă </w:t>
            </w:r>
            <w:proofErr w:type="gramStart"/>
            <w:r w:rsidRPr="0032453F">
              <w:rPr>
                <w:sz w:val="20"/>
                <w:szCs w:val="20"/>
              </w:rPr>
              <w:t>a</w:t>
            </w:r>
            <w:proofErr w:type="gramEnd"/>
            <w:r w:rsidRPr="0032453F">
              <w:rPr>
                <w:sz w:val="20"/>
                <w:szCs w:val="20"/>
              </w:rPr>
              <w:t xml:space="preserve"> IMM-ului</w:t>
            </w:r>
          </w:p>
        </w:tc>
        <w:tc>
          <w:tcPr>
            <w:tcW w:w="4700" w:type="dxa"/>
          </w:tcPr>
          <w:p w14:paraId="3DC0491D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42725083" w14:textId="77777777">
        <w:trPr>
          <w:jc w:val="center"/>
        </w:trPr>
        <w:tc>
          <w:tcPr>
            <w:tcW w:w="3300" w:type="dxa"/>
          </w:tcPr>
          <w:p w14:paraId="686ADB1C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Forma de organizare</w:t>
            </w:r>
          </w:p>
        </w:tc>
        <w:tc>
          <w:tcPr>
            <w:tcW w:w="4700" w:type="dxa"/>
          </w:tcPr>
          <w:p w14:paraId="6664C1F9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536A8906" w14:textId="77777777">
        <w:trPr>
          <w:jc w:val="center"/>
        </w:trPr>
        <w:tc>
          <w:tcPr>
            <w:tcW w:w="3300" w:type="dxa"/>
          </w:tcPr>
          <w:p w14:paraId="3687906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CUI/cod fiscal</w:t>
            </w:r>
          </w:p>
        </w:tc>
        <w:tc>
          <w:tcPr>
            <w:tcW w:w="4700" w:type="dxa"/>
          </w:tcPr>
          <w:p w14:paraId="09BA841A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405E11AA" w14:textId="77777777">
        <w:trPr>
          <w:jc w:val="center"/>
        </w:trPr>
        <w:tc>
          <w:tcPr>
            <w:tcW w:w="3300" w:type="dxa"/>
          </w:tcPr>
          <w:p w14:paraId="39179222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Nr. ONRC</w:t>
            </w:r>
          </w:p>
        </w:tc>
        <w:tc>
          <w:tcPr>
            <w:tcW w:w="4700" w:type="dxa"/>
          </w:tcPr>
          <w:p w14:paraId="584DEBDB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2A1F836A" w14:textId="77777777">
        <w:trPr>
          <w:jc w:val="center"/>
        </w:trPr>
        <w:tc>
          <w:tcPr>
            <w:tcW w:w="3300" w:type="dxa"/>
          </w:tcPr>
          <w:p w14:paraId="73D8902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Data înființării</w:t>
            </w:r>
          </w:p>
        </w:tc>
        <w:tc>
          <w:tcPr>
            <w:tcW w:w="4700" w:type="dxa"/>
          </w:tcPr>
          <w:p w14:paraId="5620245A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35E85B98" w14:textId="77777777">
        <w:trPr>
          <w:jc w:val="center"/>
        </w:trPr>
        <w:tc>
          <w:tcPr>
            <w:tcW w:w="3300" w:type="dxa"/>
          </w:tcPr>
          <w:p w14:paraId="16013082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Sediu social</w:t>
            </w:r>
          </w:p>
        </w:tc>
        <w:tc>
          <w:tcPr>
            <w:tcW w:w="4700" w:type="dxa"/>
          </w:tcPr>
          <w:p w14:paraId="46AEAB24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7389F2E7" w14:textId="77777777">
        <w:trPr>
          <w:jc w:val="center"/>
        </w:trPr>
        <w:tc>
          <w:tcPr>
            <w:tcW w:w="3300" w:type="dxa"/>
          </w:tcPr>
          <w:p w14:paraId="2E0EB60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Puncte de lucru relevante</w:t>
            </w:r>
          </w:p>
        </w:tc>
        <w:tc>
          <w:tcPr>
            <w:tcW w:w="4700" w:type="dxa"/>
          </w:tcPr>
          <w:p w14:paraId="056AF6C7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366DF68" w14:textId="77777777">
        <w:trPr>
          <w:jc w:val="center"/>
        </w:trPr>
        <w:tc>
          <w:tcPr>
            <w:tcW w:w="3300" w:type="dxa"/>
          </w:tcPr>
          <w:p w14:paraId="0E38741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Reprezentant legal/administrator - nume, funcție, e-mail, telefon</w:t>
            </w:r>
          </w:p>
        </w:tc>
        <w:tc>
          <w:tcPr>
            <w:tcW w:w="4700" w:type="dxa"/>
          </w:tcPr>
          <w:p w14:paraId="26CB6177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D12F5AF" w14:textId="77777777">
        <w:trPr>
          <w:jc w:val="center"/>
        </w:trPr>
        <w:tc>
          <w:tcPr>
            <w:tcW w:w="3300" w:type="dxa"/>
          </w:tcPr>
          <w:p w14:paraId="7C95761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Persoană de contact proiect - nume, funcție, e-mail, telefon</w:t>
            </w:r>
          </w:p>
        </w:tc>
        <w:tc>
          <w:tcPr>
            <w:tcW w:w="4700" w:type="dxa"/>
          </w:tcPr>
          <w:p w14:paraId="0CDF497D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3D5B9BA4" w14:textId="77777777">
        <w:trPr>
          <w:jc w:val="center"/>
        </w:trPr>
        <w:tc>
          <w:tcPr>
            <w:tcW w:w="3300" w:type="dxa"/>
          </w:tcPr>
          <w:p w14:paraId="0B681A09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Asociați/acționari și cote de participare</w:t>
            </w:r>
          </w:p>
        </w:tc>
        <w:tc>
          <w:tcPr>
            <w:tcW w:w="4700" w:type="dxa"/>
          </w:tcPr>
          <w:p w14:paraId="33BB8EA2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8F7FBDB" w14:textId="77777777">
        <w:trPr>
          <w:jc w:val="center"/>
        </w:trPr>
        <w:tc>
          <w:tcPr>
            <w:tcW w:w="3300" w:type="dxa"/>
          </w:tcPr>
          <w:p w14:paraId="7E6EC4A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Beneficiar real, dacă este relevant</w:t>
            </w:r>
          </w:p>
        </w:tc>
        <w:tc>
          <w:tcPr>
            <w:tcW w:w="4700" w:type="dxa"/>
          </w:tcPr>
          <w:p w14:paraId="7A7B5850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</w:tbl>
    <w:p w14:paraId="0C85F813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0A8A9984" w14:textId="77777777" w:rsidR="00AE200B" w:rsidRPr="0032453F" w:rsidRDefault="00000000" w:rsidP="0032453F">
      <w:pPr>
        <w:pStyle w:val="Heading1"/>
        <w:spacing w:before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>2. Activitate relevantă și eligibilitate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68"/>
        <w:gridCol w:w="4700"/>
      </w:tblGrid>
      <w:tr w:rsidR="00AE200B" w:rsidRPr="0032453F" w14:paraId="0507CC1A" w14:textId="77777777">
        <w:trPr>
          <w:jc w:val="center"/>
        </w:trPr>
        <w:tc>
          <w:tcPr>
            <w:tcW w:w="3300" w:type="dxa"/>
            <w:shd w:val="clear" w:color="auto" w:fill="D9EAF7"/>
          </w:tcPr>
          <w:p w14:paraId="023021A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Informație solicitată</w:t>
            </w:r>
          </w:p>
        </w:tc>
        <w:tc>
          <w:tcPr>
            <w:tcW w:w="4700" w:type="dxa"/>
            <w:shd w:val="clear" w:color="auto" w:fill="D9EAF7"/>
          </w:tcPr>
          <w:p w14:paraId="0B883FE4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Răspuns IMM</w:t>
            </w:r>
          </w:p>
        </w:tc>
      </w:tr>
      <w:tr w:rsidR="00AE200B" w:rsidRPr="0032453F" w14:paraId="05383E88" w14:textId="77777777">
        <w:trPr>
          <w:jc w:val="center"/>
        </w:trPr>
        <w:tc>
          <w:tcPr>
            <w:tcW w:w="3300" w:type="dxa"/>
          </w:tcPr>
          <w:p w14:paraId="172DA362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Coduri CAEN autorizate și activități efectiv desfășurate</w:t>
            </w:r>
          </w:p>
        </w:tc>
        <w:tc>
          <w:tcPr>
            <w:tcW w:w="4700" w:type="dxa"/>
          </w:tcPr>
          <w:p w14:paraId="4CE195AF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41D55D0B" w14:textId="77777777">
        <w:trPr>
          <w:jc w:val="center"/>
        </w:trPr>
        <w:tc>
          <w:tcPr>
            <w:tcW w:w="3300" w:type="dxa"/>
          </w:tcPr>
          <w:p w14:paraId="59C3A6B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Cod CAEN/activitate în care se va implementa rezultatul proiectului</w:t>
            </w:r>
          </w:p>
        </w:tc>
        <w:tc>
          <w:tcPr>
            <w:tcW w:w="4700" w:type="dxa"/>
          </w:tcPr>
          <w:p w14:paraId="41DFCD57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73E99B72" w14:textId="77777777">
        <w:trPr>
          <w:jc w:val="center"/>
        </w:trPr>
        <w:tc>
          <w:tcPr>
            <w:tcW w:w="3300" w:type="dxa"/>
          </w:tcPr>
          <w:p w14:paraId="315F520D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Activitate de cercetare menționată în statut? CAEN 7211/7219/7220, dacă este cazul</w:t>
            </w:r>
          </w:p>
        </w:tc>
        <w:tc>
          <w:tcPr>
            <w:tcW w:w="4700" w:type="dxa"/>
          </w:tcPr>
          <w:p w14:paraId="30DB9B82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2CA8907C" w14:textId="77777777">
        <w:trPr>
          <w:jc w:val="center"/>
        </w:trPr>
        <w:tc>
          <w:tcPr>
            <w:tcW w:w="3300" w:type="dxa"/>
          </w:tcPr>
          <w:p w14:paraId="63FD60B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Descrierea experienței IMM în domeniul materialelor de construcții/betoanelor/prefabricatelor/tehnologiilor relevante</w:t>
            </w:r>
          </w:p>
        </w:tc>
        <w:tc>
          <w:tcPr>
            <w:tcW w:w="4700" w:type="dxa"/>
          </w:tcPr>
          <w:p w14:paraId="0A7459E0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58156383" w14:textId="77777777">
        <w:trPr>
          <w:jc w:val="center"/>
        </w:trPr>
        <w:tc>
          <w:tcPr>
            <w:tcW w:w="3300" w:type="dxa"/>
          </w:tcPr>
          <w:p w14:paraId="59BBC20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Descrierea contribuției IMM la transferul tehnologic și introducerea rezultatelor în piață/producție</w:t>
            </w:r>
          </w:p>
        </w:tc>
        <w:tc>
          <w:tcPr>
            <w:tcW w:w="4700" w:type="dxa"/>
          </w:tcPr>
          <w:p w14:paraId="130F96B5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</w:tbl>
    <w:p w14:paraId="4797768D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18ABD086" w14:textId="77777777" w:rsidR="00AE200B" w:rsidRPr="0032453F" w:rsidRDefault="00000000" w:rsidP="0032453F">
      <w:pPr>
        <w:pStyle w:val="Heading1"/>
        <w:spacing w:before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>3. Propunerea de colaborare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0"/>
        <w:gridCol w:w="4700"/>
      </w:tblGrid>
      <w:tr w:rsidR="00AE200B" w:rsidRPr="0032453F" w14:paraId="435141CC" w14:textId="77777777">
        <w:trPr>
          <w:jc w:val="center"/>
        </w:trPr>
        <w:tc>
          <w:tcPr>
            <w:tcW w:w="3300" w:type="dxa"/>
            <w:shd w:val="clear" w:color="auto" w:fill="D9EAF7"/>
          </w:tcPr>
          <w:p w14:paraId="126B5B3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Informație solicitată</w:t>
            </w:r>
          </w:p>
        </w:tc>
        <w:tc>
          <w:tcPr>
            <w:tcW w:w="4700" w:type="dxa"/>
            <w:shd w:val="clear" w:color="auto" w:fill="D9EAF7"/>
          </w:tcPr>
          <w:p w14:paraId="3B97A2E7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Răspuns IMM</w:t>
            </w:r>
          </w:p>
        </w:tc>
      </w:tr>
      <w:tr w:rsidR="00AE200B" w:rsidRPr="0032453F" w14:paraId="6B0AA933" w14:textId="77777777">
        <w:trPr>
          <w:jc w:val="center"/>
        </w:trPr>
        <w:tc>
          <w:tcPr>
            <w:tcW w:w="3300" w:type="dxa"/>
          </w:tcPr>
          <w:p w14:paraId="1F560CB2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Descrierea nevoii industriale/comerciale pe care o adresează proiectul</w:t>
            </w:r>
          </w:p>
        </w:tc>
        <w:tc>
          <w:tcPr>
            <w:tcW w:w="4700" w:type="dxa"/>
          </w:tcPr>
          <w:p w14:paraId="4331DD7C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7ABD8308" w14:textId="77777777">
        <w:trPr>
          <w:jc w:val="center"/>
        </w:trPr>
        <w:tc>
          <w:tcPr>
            <w:tcW w:w="3300" w:type="dxa"/>
          </w:tcPr>
          <w:p w14:paraId="1309EA7D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Rolul propus al IMM-ului în proiect</w:t>
            </w:r>
          </w:p>
        </w:tc>
        <w:tc>
          <w:tcPr>
            <w:tcW w:w="4700" w:type="dxa"/>
          </w:tcPr>
          <w:p w14:paraId="7E7572AE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7024B187" w14:textId="77777777">
        <w:trPr>
          <w:jc w:val="center"/>
        </w:trPr>
        <w:tc>
          <w:tcPr>
            <w:tcW w:w="3300" w:type="dxa"/>
          </w:tcPr>
          <w:p w14:paraId="5358B3A1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Activități propuse în responsabilitatea IMM-ului</w:t>
            </w:r>
          </w:p>
        </w:tc>
        <w:tc>
          <w:tcPr>
            <w:tcW w:w="4700" w:type="dxa"/>
          </w:tcPr>
          <w:p w14:paraId="0CF00CB8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4D0F03B" w14:textId="77777777">
        <w:trPr>
          <w:jc w:val="center"/>
        </w:trPr>
        <w:tc>
          <w:tcPr>
            <w:tcW w:w="3300" w:type="dxa"/>
          </w:tcPr>
          <w:p w14:paraId="4ABB7B35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Rezultate/livrabile asumate de IMM</w:t>
            </w:r>
          </w:p>
        </w:tc>
        <w:tc>
          <w:tcPr>
            <w:tcW w:w="4700" w:type="dxa"/>
          </w:tcPr>
          <w:p w14:paraId="15728124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2FF8B8FA" w14:textId="77777777">
        <w:trPr>
          <w:jc w:val="center"/>
        </w:trPr>
        <w:tc>
          <w:tcPr>
            <w:tcW w:w="3300" w:type="dxa"/>
          </w:tcPr>
          <w:p w14:paraId="3E9D0371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Modalitatea de utilizare/exploatare economică a rezultatelor după finalizarea proiectului</w:t>
            </w:r>
          </w:p>
        </w:tc>
        <w:tc>
          <w:tcPr>
            <w:tcW w:w="4700" w:type="dxa"/>
          </w:tcPr>
          <w:p w14:paraId="2899D121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3C31838" w14:textId="77777777">
        <w:trPr>
          <w:jc w:val="center"/>
        </w:trPr>
        <w:tc>
          <w:tcPr>
            <w:tcW w:w="3300" w:type="dxa"/>
          </w:tcPr>
          <w:p w14:paraId="73DD2E6D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Contribuția la atingerea TRL 9 și la introducerea rezultatelor în producție/piață</w:t>
            </w:r>
          </w:p>
        </w:tc>
        <w:tc>
          <w:tcPr>
            <w:tcW w:w="4700" w:type="dxa"/>
          </w:tcPr>
          <w:p w14:paraId="074B031D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</w:tbl>
    <w:p w14:paraId="4E850E62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6185B0F9" w14:textId="77777777" w:rsidR="00AE200B" w:rsidRPr="0032453F" w:rsidRDefault="00000000" w:rsidP="0032453F">
      <w:pPr>
        <w:pStyle w:val="Heading1"/>
        <w:spacing w:before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>4. Capacitate tehnică, financiară și resurse umane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0"/>
        <w:gridCol w:w="4700"/>
      </w:tblGrid>
      <w:tr w:rsidR="00AE200B" w:rsidRPr="0032453F" w14:paraId="5C3DF041" w14:textId="77777777">
        <w:trPr>
          <w:jc w:val="center"/>
        </w:trPr>
        <w:tc>
          <w:tcPr>
            <w:tcW w:w="3300" w:type="dxa"/>
            <w:shd w:val="clear" w:color="auto" w:fill="D9EAF7"/>
          </w:tcPr>
          <w:p w14:paraId="60E32575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Informație solicitată</w:t>
            </w:r>
          </w:p>
        </w:tc>
        <w:tc>
          <w:tcPr>
            <w:tcW w:w="4700" w:type="dxa"/>
            <w:shd w:val="clear" w:color="auto" w:fill="D9EAF7"/>
          </w:tcPr>
          <w:p w14:paraId="0520F404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Răspuns IMM</w:t>
            </w:r>
          </w:p>
        </w:tc>
      </w:tr>
      <w:tr w:rsidR="00AE200B" w:rsidRPr="0032453F" w14:paraId="26180E6D" w14:textId="77777777">
        <w:trPr>
          <w:jc w:val="center"/>
        </w:trPr>
        <w:tc>
          <w:tcPr>
            <w:tcW w:w="3300" w:type="dxa"/>
          </w:tcPr>
          <w:p w14:paraId="4F36CD4C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Resurse umane propuse: nume/rol/experiență, dacă sunt cunoscute</w:t>
            </w:r>
          </w:p>
        </w:tc>
        <w:tc>
          <w:tcPr>
            <w:tcW w:w="4700" w:type="dxa"/>
          </w:tcPr>
          <w:p w14:paraId="046EB4BB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018C2E1A" w14:textId="77777777">
        <w:trPr>
          <w:jc w:val="center"/>
        </w:trPr>
        <w:tc>
          <w:tcPr>
            <w:tcW w:w="3300" w:type="dxa"/>
          </w:tcPr>
          <w:p w14:paraId="03EE30AF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Dotări, echipamente, spații sau facilități relevante</w:t>
            </w:r>
          </w:p>
        </w:tc>
        <w:tc>
          <w:tcPr>
            <w:tcW w:w="4700" w:type="dxa"/>
          </w:tcPr>
          <w:p w14:paraId="63CE6F2E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476A2426" w14:textId="77777777">
        <w:trPr>
          <w:jc w:val="center"/>
        </w:trPr>
        <w:tc>
          <w:tcPr>
            <w:tcW w:w="3300" w:type="dxa"/>
          </w:tcPr>
          <w:p w14:paraId="79D14E9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Capacitatea de cofinanțare și sursa contribuției proprii</w:t>
            </w:r>
          </w:p>
        </w:tc>
        <w:tc>
          <w:tcPr>
            <w:tcW w:w="4700" w:type="dxa"/>
          </w:tcPr>
          <w:p w14:paraId="6DC205EC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3314F2FB" w14:textId="77777777">
        <w:trPr>
          <w:jc w:val="center"/>
        </w:trPr>
        <w:tc>
          <w:tcPr>
            <w:tcW w:w="3300" w:type="dxa"/>
          </w:tcPr>
          <w:p w14:paraId="4DF9918F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Buget estimativ aferent activităților IMM, pe categorii de cheltuieli</w:t>
            </w:r>
          </w:p>
        </w:tc>
        <w:tc>
          <w:tcPr>
            <w:tcW w:w="4700" w:type="dxa"/>
          </w:tcPr>
          <w:p w14:paraId="7A51E6EC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0905343E" w14:textId="77777777">
        <w:trPr>
          <w:jc w:val="center"/>
        </w:trPr>
        <w:tc>
          <w:tcPr>
            <w:tcW w:w="3300" w:type="dxa"/>
          </w:tcPr>
          <w:p w14:paraId="45BA5BC7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Experiență în proiecte/contracte relevante în ultimii 5 ani</w:t>
            </w:r>
          </w:p>
        </w:tc>
        <w:tc>
          <w:tcPr>
            <w:tcW w:w="4700" w:type="dxa"/>
          </w:tcPr>
          <w:p w14:paraId="195FBDE8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</w:tbl>
    <w:p w14:paraId="27B1E287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6E4C0AC4" w14:textId="77777777" w:rsidR="00AE200B" w:rsidRPr="0032453F" w:rsidRDefault="00000000" w:rsidP="0032453F">
      <w:pPr>
        <w:pStyle w:val="Heading1"/>
        <w:spacing w:before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>5. Principii orizontale și condiții specifice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0"/>
        <w:gridCol w:w="4700"/>
      </w:tblGrid>
      <w:tr w:rsidR="00AE200B" w:rsidRPr="0032453F" w14:paraId="08E1B45C" w14:textId="77777777">
        <w:trPr>
          <w:jc w:val="center"/>
        </w:trPr>
        <w:tc>
          <w:tcPr>
            <w:tcW w:w="3300" w:type="dxa"/>
            <w:shd w:val="clear" w:color="auto" w:fill="D9EAF7"/>
          </w:tcPr>
          <w:p w14:paraId="7645E41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Informație solicitată</w:t>
            </w:r>
          </w:p>
        </w:tc>
        <w:tc>
          <w:tcPr>
            <w:tcW w:w="4700" w:type="dxa"/>
            <w:shd w:val="clear" w:color="auto" w:fill="D9EAF7"/>
          </w:tcPr>
          <w:p w14:paraId="724CD704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Răspuns IMM</w:t>
            </w:r>
          </w:p>
        </w:tc>
      </w:tr>
      <w:tr w:rsidR="00AE200B" w:rsidRPr="0032453F" w14:paraId="7F462BF5" w14:textId="77777777">
        <w:trPr>
          <w:jc w:val="center"/>
        </w:trPr>
        <w:tc>
          <w:tcPr>
            <w:tcW w:w="3300" w:type="dxa"/>
          </w:tcPr>
          <w:p w14:paraId="55D0E34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Contribuția propunerii la dezvoltare durabilă și economie circulară</w:t>
            </w:r>
          </w:p>
        </w:tc>
        <w:tc>
          <w:tcPr>
            <w:tcW w:w="4700" w:type="dxa"/>
          </w:tcPr>
          <w:p w14:paraId="49ACA516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04016EF2" w14:textId="77777777">
        <w:trPr>
          <w:jc w:val="center"/>
        </w:trPr>
        <w:tc>
          <w:tcPr>
            <w:tcW w:w="3300" w:type="dxa"/>
          </w:tcPr>
          <w:p w14:paraId="42115695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Măsuri privind egalitatea de șanse, nediscriminarea și accesibilitatea</w:t>
            </w:r>
          </w:p>
        </w:tc>
        <w:tc>
          <w:tcPr>
            <w:tcW w:w="4700" w:type="dxa"/>
          </w:tcPr>
          <w:p w14:paraId="2E336048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39BCFE9B" w14:textId="77777777">
        <w:trPr>
          <w:jc w:val="center"/>
        </w:trPr>
        <w:tc>
          <w:tcPr>
            <w:tcW w:w="3300" w:type="dxa"/>
          </w:tcPr>
          <w:p w14:paraId="4609E3A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Respectarea principiului DNSH</w:t>
            </w:r>
          </w:p>
        </w:tc>
        <w:tc>
          <w:tcPr>
            <w:tcW w:w="4700" w:type="dxa"/>
          </w:tcPr>
          <w:p w14:paraId="046F37D1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78EC30BE" w14:textId="77777777">
        <w:trPr>
          <w:jc w:val="center"/>
        </w:trPr>
        <w:tc>
          <w:tcPr>
            <w:tcW w:w="3300" w:type="dxa"/>
          </w:tcPr>
          <w:p w14:paraId="22804432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Măsuri privind imunizarea la schimbările climatice, dacă este cazul</w:t>
            </w:r>
          </w:p>
        </w:tc>
        <w:tc>
          <w:tcPr>
            <w:tcW w:w="4700" w:type="dxa"/>
          </w:tcPr>
          <w:p w14:paraId="2DC4FB5F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1F2F9E78" w14:textId="77777777">
        <w:trPr>
          <w:jc w:val="center"/>
        </w:trPr>
        <w:tc>
          <w:tcPr>
            <w:tcW w:w="3300" w:type="dxa"/>
          </w:tcPr>
          <w:p w14:paraId="1816E2EF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Declarație privind lipsa relațiilor comerciale, juridice, financiare sau de familie cu UTCB/membrii comisiei/personalul implicat, ori detalierea acestora dacă există</w:t>
            </w:r>
          </w:p>
        </w:tc>
        <w:tc>
          <w:tcPr>
            <w:tcW w:w="4700" w:type="dxa"/>
          </w:tcPr>
          <w:p w14:paraId="410CB2AE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</w:tbl>
    <w:p w14:paraId="00DF3298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0DA4B243" w14:textId="77777777" w:rsidR="00AE200B" w:rsidRPr="0032453F" w:rsidRDefault="00000000" w:rsidP="0032453F">
      <w:pPr>
        <w:pStyle w:val="Heading1"/>
        <w:spacing w:before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t>6. Documente anexate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4300"/>
        <w:gridCol w:w="1300"/>
        <w:gridCol w:w="1800"/>
      </w:tblGrid>
      <w:tr w:rsidR="00AE200B" w:rsidRPr="0032453F" w14:paraId="78BA7337" w14:textId="77777777">
        <w:trPr>
          <w:jc w:val="center"/>
        </w:trPr>
        <w:tc>
          <w:tcPr>
            <w:tcW w:w="600" w:type="dxa"/>
            <w:shd w:val="clear" w:color="auto" w:fill="D9EAF7"/>
          </w:tcPr>
          <w:p w14:paraId="02575AEF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Nr. crt.</w:t>
            </w:r>
          </w:p>
        </w:tc>
        <w:tc>
          <w:tcPr>
            <w:tcW w:w="4300" w:type="dxa"/>
            <w:shd w:val="clear" w:color="auto" w:fill="D9EAF7"/>
          </w:tcPr>
          <w:p w14:paraId="6C483057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1300" w:type="dxa"/>
            <w:shd w:val="clear" w:color="auto" w:fill="D9EAF7"/>
          </w:tcPr>
          <w:p w14:paraId="287373E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Depus DA/NU</w:t>
            </w:r>
          </w:p>
        </w:tc>
        <w:tc>
          <w:tcPr>
            <w:tcW w:w="1800" w:type="dxa"/>
            <w:shd w:val="clear" w:color="auto" w:fill="D9EAF7"/>
          </w:tcPr>
          <w:p w14:paraId="70333D1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b/>
                <w:sz w:val="20"/>
                <w:szCs w:val="20"/>
              </w:rPr>
              <w:t>Observații</w:t>
            </w:r>
          </w:p>
        </w:tc>
      </w:tr>
      <w:tr w:rsidR="00AE200B" w:rsidRPr="0032453F" w14:paraId="72EAA59E" w14:textId="77777777">
        <w:trPr>
          <w:jc w:val="center"/>
        </w:trPr>
        <w:tc>
          <w:tcPr>
            <w:tcW w:w="600" w:type="dxa"/>
          </w:tcPr>
          <w:p w14:paraId="23E2EE1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1</w:t>
            </w:r>
          </w:p>
        </w:tc>
        <w:tc>
          <w:tcPr>
            <w:tcW w:w="4300" w:type="dxa"/>
          </w:tcPr>
          <w:p w14:paraId="53D555A7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Declarație unică de eligibilitate</w:t>
            </w:r>
          </w:p>
        </w:tc>
        <w:tc>
          <w:tcPr>
            <w:tcW w:w="1300" w:type="dxa"/>
          </w:tcPr>
          <w:p w14:paraId="3A43CB53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55DBF8F5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098DB7F2" w14:textId="77777777">
        <w:trPr>
          <w:jc w:val="center"/>
        </w:trPr>
        <w:tc>
          <w:tcPr>
            <w:tcW w:w="600" w:type="dxa"/>
          </w:tcPr>
          <w:p w14:paraId="2EE09DB4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2</w:t>
            </w:r>
          </w:p>
        </w:tc>
        <w:tc>
          <w:tcPr>
            <w:tcW w:w="4300" w:type="dxa"/>
          </w:tcPr>
          <w:p w14:paraId="7A0ECD3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Declarație privind încadrarea IMM</w:t>
            </w:r>
          </w:p>
        </w:tc>
        <w:tc>
          <w:tcPr>
            <w:tcW w:w="1300" w:type="dxa"/>
          </w:tcPr>
          <w:p w14:paraId="24E4AEF9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4194C36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B8FB502" w14:textId="77777777">
        <w:trPr>
          <w:jc w:val="center"/>
        </w:trPr>
        <w:tc>
          <w:tcPr>
            <w:tcW w:w="600" w:type="dxa"/>
          </w:tcPr>
          <w:p w14:paraId="1CD66A0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3</w:t>
            </w:r>
          </w:p>
        </w:tc>
        <w:tc>
          <w:tcPr>
            <w:tcW w:w="4300" w:type="dxa"/>
          </w:tcPr>
          <w:p w14:paraId="68AD467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Certificat constatator ONRC detaliat</w:t>
            </w:r>
          </w:p>
        </w:tc>
        <w:tc>
          <w:tcPr>
            <w:tcW w:w="1300" w:type="dxa"/>
          </w:tcPr>
          <w:p w14:paraId="5A75DDA2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6C480D7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6D4499FF" w14:textId="77777777">
        <w:trPr>
          <w:jc w:val="center"/>
        </w:trPr>
        <w:tc>
          <w:tcPr>
            <w:tcW w:w="600" w:type="dxa"/>
          </w:tcPr>
          <w:p w14:paraId="03200624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4</w:t>
            </w:r>
          </w:p>
        </w:tc>
        <w:tc>
          <w:tcPr>
            <w:tcW w:w="4300" w:type="dxa"/>
          </w:tcPr>
          <w:p w14:paraId="7E9842A7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Situații financiare ultimii 2 ani și dovada depunerii la ANAF</w:t>
            </w:r>
          </w:p>
        </w:tc>
        <w:tc>
          <w:tcPr>
            <w:tcW w:w="1300" w:type="dxa"/>
          </w:tcPr>
          <w:p w14:paraId="32420DFC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B1F5D22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54602FE8" w14:textId="77777777">
        <w:trPr>
          <w:jc w:val="center"/>
        </w:trPr>
        <w:tc>
          <w:tcPr>
            <w:tcW w:w="600" w:type="dxa"/>
          </w:tcPr>
          <w:p w14:paraId="7BD4B1C3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5</w:t>
            </w:r>
          </w:p>
        </w:tc>
        <w:tc>
          <w:tcPr>
            <w:tcW w:w="4300" w:type="dxa"/>
          </w:tcPr>
          <w:p w14:paraId="29B475DC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Certificate fiscale buget de stat și buget local</w:t>
            </w:r>
          </w:p>
        </w:tc>
        <w:tc>
          <w:tcPr>
            <w:tcW w:w="1300" w:type="dxa"/>
          </w:tcPr>
          <w:p w14:paraId="0B1A41AE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09567200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252D21F0" w14:textId="77777777">
        <w:trPr>
          <w:jc w:val="center"/>
        </w:trPr>
        <w:tc>
          <w:tcPr>
            <w:tcW w:w="600" w:type="dxa"/>
          </w:tcPr>
          <w:p w14:paraId="091AC32F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300" w:type="dxa"/>
          </w:tcPr>
          <w:p w14:paraId="62BE84C4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Certificat cazier fiscal</w:t>
            </w:r>
          </w:p>
        </w:tc>
        <w:tc>
          <w:tcPr>
            <w:tcW w:w="1300" w:type="dxa"/>
          </w:tcPr>
          <w:p w14:paraId="41F830DD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69776A12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15D1B764" w14:textId="77777777">
        <w:trPr>
          <w:jc w:val="center"/>
        </w:trPr>
        <w:tc>
          <w:tcPr>
            <w:tcW w:w="600" w:type="dxa"/>
          </w:tcPr>
          <w:p w14:paraId="4F7BAF28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7</w:t>
            </w:r>
          </w:p>
        </w:tc>
        <w:tc>
          <w:tcPr>
            <w:tcW w:w="4300" w:type="dxa"/>
          </w:tcPr>
          <w:p w14:paraId="56FB697F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Documente suport pentru experiența relevantă</w:t>
            </w:r>
          </w:p>
        </w:tc>
        <w:tc>
          <w:tcPr>
            <w:tcW w:w="1300" w:type="dxa"/>
          </w:tcPr>
          <w:p w14:paraId="060B106C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181A632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3F56D998" w14:textId="77777777">
        <w:trPr>
          <w:jc w:val="center"/>
        </w:trPr>
        <w:tc>
          <w:tcPr>
            <w:tcW w:w="600" w:type="dxa"/>
          </w:tcPr>
          <w:p w14:paraId="2975281C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8</w:t>
            </w:r>
          </w:p>
        </w:tc>
        <w:tc>
          <w:tcPr>
            <w:tcW w:w="4300" w:type="dxa"/>
          </w:tcPr>
          <w:p w14:paraId="0E90772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Documente suport privind capacitatea financiară</w:t>
            </w:r>
          </w:p>
        </w:tc>
        <w:tc>
          <w:tcPr>
            <w:tcW w:w="1300" w:type="dxa"/>
          </w:tcPr>
          <w:p w14:paraId="57385A8D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7F6BA53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45A208F9" w14:textId="77777777">
        <w:trPr>
          <w:jc w:val="center"/>
        </w:trPr>
        <w:tc>
          <w:tcPr>
            <w:tcW w:w="600" w:type="dxa"/>
          </w:tcPr>
          <w:p w14:paraId="01E67516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9</w:t>
            </w:r>
          </w:p>
        </w:tc>
        <w:tc>
          <w:tcPr>
            <w:tcW w:w="4300" w:type="dxa"/>
          </w:tcPr>
          <w:p w14:paraId="012690CE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Împuternicire/mandat, dacă este cazul</w:t>
            </w:r>
          </w:p>
        </w:tc>
        <w:tc>
          <w:tcPr>
            <w:tcW w:w="1300" w:type="dxa"/>
          </w:tcPr>
          <w:p w14:paraId="3F8DF113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43664641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  <w:tr w:rsidR="00AE200B" w:rsidRPr="0032453F" w14:paraId="43FA7A00" w14:textId="77777777">
        <w:trPr>
          <w:jc w:val="center"/>
        </w:trPr>
        <w:tc>
          <w:tcPr>
            <w:tcW w:w="600" w:type="dxa"/>
          </w:tcPr>
          <w:p w14:paraId="743F1EBB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10</w:t>
            </w:r>
          </w:p>
        </w:tc>
        <w:tc>
          <w:tcPr>
            <w:tcW w:w="4300" w:type="dxa"/>
          </w:tcPr>
          <w:p w14:paraId="348AE9D0" w14:textId="77777777" w:rsidR="00AE200B" w:rsidRPr="0032453F" w:rsidRDefault="00000000" w:rsidP="0032453F">
            <w:pPr>
              <w:rPr>
                <w:sz w:val="20"/>
                <w:szCs w:val="20"/>
              </w:rPr>
            </w:pPr>
            <w:r w:rsidRPr="0032453F">
              <w:rPr>
                <w:sz w:val="20"/>
                <w:szCs w:val="20"/>
              </w:rPr>
              <w:t>Alte documente relevante</w:t>
            </w:r>
          </w:p>
        </w:tc>
        <w:tc>
          <w:tcPr>
            <w:tcW w:w="1300" w:type="dxa"/>
          </w:tcPr>
          <w:p w14:paraId="5038B065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9D3F8BF" w14:textId="77777777" w:rsidR="00AE200B" w:rsidRPr="0032453F" w:rsidRDefault="00AE200B" w:rsidP="0032453F">
            <w:pPr>
              <w:rPr>
                <w:sz w:val="20"/>
                <w:szCs w:val="20"/>
              </w:rPr>
            </w:pPr>
          </w:p>
        </w:tc>
      </w:tr>
    </w:tbl>
    <w:p w14:paraId="7B2717D4" w14:textId="77777777" w:rsidR="00AE200B" w:rsidRPr="0032453F" w:rsidRDefault="00AE200B" w:rsidP="0032453F">
      <w:pPr>
        <w:spacing w:after="0" w:line="240" w:lineRule="auto"/>
        <w:rPr>
          <w:sz w:val="20"/>
          <w:szCs w:val="20"/>
        </w:rPr>
      </w:pPr>
    </w:p>
    <w:p w14:paraId="25CA2B4F" w14:textId="77777777" w:rsidR="00AE200B" w:rsidRPr="0032453F" w:rsidRDefault="00000000" w:rsidP="0032453F">
      <w:pPr>
        <w:spacing w:after="0" w:line="240" w:lineRule="auto"/>
        <w:rPr>
          <w:sz w:val="20"/>
          <w:szCs w:val="20"/>
        </w:rPr>
      </w:pPr>
      <w:r w:rsidRPr="0032453F">
        <w:rPr>
          <w:sz w:val="20"/>
          <w:szCs w:val="20"/>
        </w:rPr>
        <w:br/>
        <w:t>Reprezentant legal/împuternicit,</w:t>
      </w:r>
      <w:r w:rsidRPr="0032453F">
        <w:rPr>
          <w:sz w:val="20"/>
          <w:szCs w:val="20"/>
        </w:rPr>
        <w:br/>
        <w:t>Nume și prenume: ........................................</w:t>
      </w:r>
      <w:r w:rsidRPr="0032453F">
        <w:rPr>
          <w:sz w:val="20"/>
          <w:szCs w:val="20"/>
        </w:rPr>
        <w:br/>
        <w:t>Funcție: ........................................</w:t>
      </w:r>
      <w:r w:rsidRPr="0032453F">
        <w:rPr>
          <w:sz w:val="20"/>
          <w:szCs w:val="20"/>
        </w:rPr>
        <w:br/>
        <w:t>Semnătură: ........................................</w:t>
      </w:r>
      <w:r w:rsidRPr="0032453F">
        <w:rPr>
          <w:sz w:val="20"/>
          <w:szCs w:val="20"/>
        </w:rPr>
        <w:br/>
        <w:t>Data: ........................................</w:t>
      </w:r>
    </w:p>
    <w:sectPr w:rsidR="00AE200B" w:rsidRPr="0032453F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1705273">
    <w:abstractNumId w:val="8"/>
  </w:num>
  <w:num w:numId="2" w16cid:durableId="993796860">
    <w:abstractNumId w:val="6"/>
  </w:num>
  <w:num w:numId="3" w16cid:durableId="552695752">
    <w:abstractNumId w:val="5"/>
  </w:num>
  <w:num w:numId="4" w16cid:durableId="1983271926">
    <w:abstractNumId w:val="4"/>
  </w:num>
  <w:num w:numId="5" w16cid:durableId="1925459146">
    <w:abstractNumId w:val="7"/>
  </w:num>
  <w:num w:numId="6" w16cid:durableId="1699039299">
    <w:abstractNumId w:val="3"/>
  </w:num>
  <w:num w:numId="7" w16cid:durableId="511142599">
    <w:abstractNumId w:val="2"/>
  </w:num>
  <w:num w:numId="8" w16cid:durableId="268780112">
    <w:abstractNumId w:val="1"/>
  </w:num>
  <w:num w:numId="9" w16cid:durableId="156437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4033"/>
    <w:rsid w:val="0029639D"/>
    <w:rsid w:val="0032453F"/>
    <w:rsid w:val="00326F90"/>
    <w:rsid w:val="00AA1D8D"/>
    <w:rsid w:val="00AE200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97F73C"/>
  <w14:defaultImageDpi w14:val="300"/>
  <w15:docId w15:val="{E217EDC3-BC8C-4B4A-A2E4-4A5B5DB1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622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Cezar Vladut</cp:lastModifiedBy>
  <cp:revision>2</cp:revision>
  <dcterms:created xsi:type="dcterms:W3CDTF">2013-12-23T23:15:00Z</dcterms:created>
  <dcterms:modified xsi:type="dcterms:W3CDTF">2026-08-06T10:24:00Z</dcterms:modified>
  <cp:category/>
</cp:coreProperties>
</file>