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4F7A" w14:textId="5B01AF4A" w:rsidR="00BE5611" w:rsidRPr="001C6C86" w:rsidRDefault="00000000" w:rsidP="001C6C86">
      <w:pPr>
        <w:pStyle w:val="Title"/>
        <w:spacing w:after="0"/>
        <w:rPr>
          <w:sz w:val="24"/>
          <w:szCs w:val="44"/>
          <w:lang w:val="ro-RO"/>
        </w:rPr>
      </w:pPr>
      <w:r w:rsidRPr="001C6C86">
        <w:rPr>
          <w:sz w:val="24"/>
          <w:szCs w:val="44"/>
          <w:lang w:val="ro-RO"/>
        </w:rPr>
        <w:t>DECLARAȚIE</w:t>
      </w:r>
      <w:r w:rsidR="001C6C86" w:rsidRPr="001C6C86">
        <w:rPr>
          <w:sz w:val="24"/>
          <w:szCs w:val="44"/>
          <w:lang w:val="ro-RO"/>
        </w:rPr>
        <w:t xml:space="preserve"> - </w:t>
      </w:r>
      <w:r w:rsidRPr="001C6C86">
        <w:rPr>
          <w:sz w:val="24"/>
          <w:szCs w:val="44"/>
          <w:lang w:val="ro-RO"/>
        </w:rPr>
        <w:t>privind încadrarea întreprinderii în categoria IMM</w:t>
      </w:r>
    </w:p>
    <w:p w14:paraId="2AF2713B" w14:textId="77777777" w:rsidR="001C6C86" w:rsidRPr="001C6C86" w:rsidRDefault="001C6C86" w:rsidP="001C6C86">
      <w:pPr>
        <w:rPr>
          <w:lang w:val="ro-RO"/>
        </w:rPr>
      </w:pPr>
    </w:p>
    <w:p w14:paraId="1108F4A2" w14:textId="1C45559F" w:rsidR="00BE5611" w:rsidRPr="001C6C86" w:rsidRDefault="00000000" w:rsidP="001C6C86">
      <w:pPr>
        <w:spacing w:after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Model de completat de către IMM, conform definițiilor aplicabile microîntreprinderilor, întreprinderilor mici și întreprinderilor mijlocii.</w:t>
      </w:r>
    </w:p>
    <w:p w14:paraId="4FAC3136" w14:textId="77777777" w:rsidR="001C6C86" w:rsidRPr="001C6C86" w:rsidRDefault="001C6C86" w:rsidP="001C6C86">
      <w:pPr>
        <w:spacing w:after="0"/>
        <w:rPr>
          <w:sz w:val="20"/>
          <w:szCs w:val="20"/>
          <w:lang w:val="ro-RO"/>
        </w:rPr>
      </w:pPr>
    </w:p>
    <w:p w14:paraId="1F9DA154" w14:textId="77777777" w:rsidR="00BE5611" w:rsidRPr="001C6C86" w:rsidRDefault="00000000" w:rsidP="001C6C86">
      <w:pPr>
        <w:pStyle w:val="Heading1"/>
        <w:spacing w:before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I. Date de identificare a întreprinderii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0"/>
        <w:gridCol w:w="5000"/>
      </w:tblGrid>
      <w:tr w:rsidR="00BE5611" w:rsidRPr="001C6C86" w14:paraId="0B1B7B6E" w14:textId="77777777">
        <w:trPr>
          <w:jc w:val="center"/>
        </w:trPr>
        <w:tc>
          <w:tcPr>
            <w:tcW w:w="3000" w:type="dxa"/>
            <w:shd w:val="clear" w:color="auto" w:fill="D9EAF7"/>
          </w:tcPr>
          <w:p w14:paraId="7D42C903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Informație</w:t>
            </w:r>
          </w:p>
        </w:tc>
        <w:tc>
          <w:tcPr>
            <w:tcW w:w="5000" w:type="dxa"/>
            <w:shd w:val="clear" w:color="auto" w:fill="D9EAF7"/>
          </w:tcPr>
          <w:p w14:paraId="06266C75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Răspuns</w:t>
            </w:r>
          </w:p>
        </w:tc>
      </w:tr>
      <w:tr w:rsidR="00BE5611" w:rsidRPr="001C6C86" w14:paraId="430A14D4" w14:textId="77777777">
        <w:trPr>
          <w:jc w:val="center"/>
        </w:trPr>
        <w:tc>
          <w:tcPr>
            <w:tcW w:w="3000" w:type="dxa"/>
          </w:tcPr>
          <w:p w14:paraId="385AE3E8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Denumirea întreprinderii</w:t>
            </w:r>
          </w:p>
        </w:tc>
        <w:tc>
          <w:tcPr>
            <w:tcW w:w="5000" w:type="dxa"/>
          </w:tcPr>
          <w:p w14:paraId="11E616E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0A1F36DE" w14:textId="77777777">
        <w:trPr>
          <w:jc w:val="center"/>
        </w:trPr>
        <w:tc>
          <w:tcPr>
            <w:tcW w:w="3000" w:type="dxa"/>
          </w:tcPr>
          <w:p w14:paraId="74CDF296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Cod unic de înregistrare</w:t>
            </w:r>
          </w:p>
        </w:tc>
        <w:tc>
          <w:tcPr>
            <w:tcW w:w="5000" w:type="dxa"/>
          </w:tcPr>
          <w:p w14:paraId="1BE06213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624CB01A" w14:textId="77777777">
        <w:trPr>
          <w:jc w:val="center"/>
        </w:trPr>
        <w:tc>
          <w:tcPr>
            <w:tcW w:w="3000" w:type="dxa"/>
          </w:tcPr>
          <w:p w14:paraId="6A888C75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Adresa sediului social</w:t>
            </w:r>
          </w:p>
        </w:tc>
        <w:tc>
          <w:tcPr>
            <w:tcW w:w="5000" w:type="dxa"/>
          </w:tcPr>
          <w:p w14:paraId="13814BF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7A46B9B2" w14:textId="77777777">
        <w:trPr>
          <w:jc w:val="center"/>
        </w:trPr>
        <w:tc>
          <w:tcPr>
            <w:tcW w:w="3000" w:type="dxa"/>
          </w:tcPr>
          <w:p w14:paraId="330CC012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Numele și funcția reprezentantului legal</w:t>
            </w:r>
          </w:p>
        </w:tc>
        <w:tc>
          <w:tcPr>
            <w:tcW w:w="5000" w:type="dxa"/>
          </w:tcPr>
          <w:p w14:paraId="0B31383A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</w:tbl>
    <w:p w14:paraId="064EDD73" w14:textId="77777777" w:rsidR="00BE5611" w:rsidRPr="001C6C86" w:rsidRDefault="00BE5611" w:rsidP="001C6C86">
      <w:pPr>
        <w:spacing w:after="0"/>
        <w:rPr>
          <w:sz w:val="20"/>
          <w:szCs w:val="20"/>
          <w:lang w:val="ro-RO"/>
        </w:rPr>
      </w:pPr>
    </w:p>
    <w:p w14:paraId="1A923AF4" w14:textId="77777777" w:rsidR="00BE5611" w:rsidRPr="001C6C86" w:rsidRDefault="00000000" w:rsidP="001C6C86">
      <w:pPr>
        <w:pStyle w:val="Heading1"/>
        <w:spacing w:before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II. Tipul întreprinderii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2500"/>
        <w:gridCol w:w="4800"/>
      </w:tblGrid>
      <w:tr w:rsidR="00BE5611" w:rsidRPr="001C6C86" w14:paraId="55978BEB" w14:textId="77777777">
        <w:trPr>
          <w:jc w:val="center"/>
        </w:trPr>
        <w:tc>
          <w:tcPr>
            <w:tcW w:w="700" w:type="dxa"/>
            <w:shd w:val="clear" w:color="auto" w:fill="D9EAF7"/>
          </w:tcPr>
          <w:p w14:paraId="76EC62A0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Bifați</w:t>
            </w:r>
          </w:p>
        </w:tc>
        <w:tc>
          <w:tcPr>
            <w:tcW w:w="2500" w:type="dxa"/>
            <w:shd w:val="clear" w:color="auto" w:fill="D9EAF7"/>
          </w:tcPr>
          <w:p w14:paraId="659098F9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Tipul întreprinderii</w:t>
            </w:r>
          </w:p>
        </w:tc>
        <w:tc>
          <w:tcPr>
            <w:tcW w:w="4800" w:type="dxa"/>
            <w:shd w:val="clear" w:color="auto" w:fill="D9EAF7"/>
          </w:tcPr>
          <w:p w14:paraId="7749643E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Observații</w:t>
            </w:r>
          </w:p>
        </w:tc>
      </w:tr>
      <w:tr w:rsidR="00BE5611" w:rsidRPr="001C6C86" w14:paraId="268690EF" w14:textId="77777777">
        <w:trPr>
          <w:jc w:val="center"/>
        </w:trPr>
        <w:tc>
          <w:tcPr>
            <w:tcW w:w="700" w:type="dxa"/>
          </w:tcPr>
          <w:p w14:paraId="31DF97B4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2500" w:type="dxa"/>
          </w:tcPr>
          <w:p w14:paraId="69CBAC5B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Întreprindere autonomă</w:t>
            </w:r>
          </w:p>
        </w:tc>
        <w:tc>
          <w:tcPr>
            <w:tcW w:w="4800" w:type="dxa"/>
          </w:tcPr>
          <w:p w14:paraId="45A00257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 xml:space="preserve">Datele se preiau doar din situația </w:t>
            </w:r>
            <w:proofErr w:type="spellStart"/>
            <w:r w:rsidRPr="001C6C86">
              <w:rPr>
                <w:sz w:val="20"/>
                <w:szCs w:val="20"/>
                <w:lang w:val="ro-RO"/>
              </w:rPr>
              <w:t>economico</w:t>
            </w:r>
            <w:proofErr w:type="spellEnd"/>
            <w:r w:rsidRPr="001C6C86">
              <w:rPr>
                <w:sz w:val="20"/>
                <w:szCs w:val="20"/>
                <w:lang w:val="ro-RO"/>
              </w:rPr>
              <w:t>-financiară a întreprinderii solicitante.</w:t>
            </w:r>
          </w:p>
        </w:tc>
      </w:tr>
      <w:tr w:rsidR="00BE5611" w:rsidRPr="001C6C86" w14:paraId="01E73826" w14:textId="77777777">
        <w:trPr>
          <w:jc w:val="center"/>
        </w:trPr>
        <w:tc>
          <w:tcPr>
            <w:tcW w:w="700" w:type="dxa"/>
          </w:tcPr>
          <w:p w14:paraId="1372E5B0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2500" w:type="dxa"/>
          </w:tcPr>
          <w:p w14:paraId="39E241A4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Întreprindere parteneră</w:t>
            </w:r>
          </w:p>
        </w:tc>
        <w:tc>
          <w:tcPr>
            <w:tcW w:w="4800" w:type="dxa"/>
          </w:tcPr>
          <w:p w14:paraId="37FD0CF7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Se completează datele privind întreprinderile partenere, conform legislației aplicabile.</w:t>
            </w:r>
          </w:p>
        </w:tc>
      </w:tr>
      <w:tr w:rsidR="00BE5611" w:rsidRPr="001C6C86" w14:paraId="6706892D" w14:textId="77777777">
        <w:trPr>
          <w:jc w:val="center"/>
        </w:trPr>
        <w:tc>
          <w:tcPr>
            <w:tcW w:w="700" w:type="dxa"/>
          </w:tcPr>
          <w:p w14:paraId="1E61CA2C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2500" w:type="dxa"/>
          </w:tcPr>
          <w:p w14:paraId="2895AE97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Întreprindere legată</w:t>
            </w:r>
          </w:p>
        </w:tc>
        <w:tc>
          <w:tcPr>
            <w:tcW w:w="4800" w:type="dxa"/>
          </w:tcPr>
          <w:p w14:paraId="11578E9B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Se completează datele privind întreprinderile legate, conform legislației aplicabile.</w:t>
            </w:r>
          </w:p>
        </w:tc>
      </w:tr>
    </w:tbl>
    <w:p w14:paraId="00C97E62" w14:textId="77777777" w:rsidR="00BE5611" w:rsidRPr="001C6C86" w:rsidRDefault="00BE5611" w:rsidP="001C6C86">
      <w:pPr>
        <w:spacing w:after="0"/>
        <w:rPr>
          <w:sz w:val="20"/>
          <w:szCs w:val="20"/>
          <w:lang w:val="ro-RO"/>
        </w:rPr>
      </w:pPr>
    </w:p>
    <w:p w14:paraId="4D0232D1" w14:textId="77777777" w:rsidR="00BE5611" w:rsidRPr="001C6C86" w:rsidRDefault="00000000" w:rsidP="001C6C86">
      <w:pPr>
        <w:pStyle w:val="Heading1"/>
        <w:spacing w:before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III. Date utilizate pentru stabilirea categoriei întreprinderii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2000"/>
        <w:gridCol w:w="2100"/>
        <w:gridCol w:w="2100"/>
      </w:tblGrid>
      <w:tr w:rsidR="00BE5611" w:rsidRPr="001C6C86" w14:paraId="7AAB7540" w14:textId="77777777">
        <w:trPr>
          <w:jc w:val="center"/>
        </w:trPr>
        <w:tc>
          <w:tcPr>
            <w:tcW w:w="1800" w:type="dxa"/>
            <w:shd w:val="clear" w:color="auto" w:fill="D9EAF7"/>
          </w:tcPr>
          <w:p w14:paraId="68646520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Perioada de referință</w:t>
            </w:r>
          </w:p>
        </w:tc>
        <w:tc>
          <w:tcPr>
            <w:tcW w:w="2000" w:type="dxa"/>
            <w:shd w:val="clear" w:color="auto" w:fill="D9EAF7"/>
          </w:tcPr>
          <w:p w14:paraId="6E8862D3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Număr mediu anual de salariați</w:t>
            </w:r>
          </w:p>
        </w:tc>
        <w:tc>
          <w:tcPr>
            <w:tcW w:w="2100" w:type="dxa"/>
            <w:shd w:val="clear" w:color="auto" w:fill="D9EAF7"/>
          </w:tcPr>
          <w:p w14:paraId="01442F91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Cifra de afaceri anuală netă</w:t>
            </w:r>
          </w:p>
        </w:tc>
        <w:tc>
          <w:tcPr>
            <w:tcW w:w="2100" w:type="dxa"/>
            <w:shd w:val="clear" w:color="auto" w:fill="D9EAF7"/>
          </w:tcPr>
          <w:p w14:paraId="2FE18B58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Active totale</w:t>
            </w:r>
          </w:p>
        </w:tc>
      </w:tr>
      <w:tr w:rsidR="00BE5611" w:rsidRPr="001C6C86" w14:paraId="60750594" w14:textId="77777777">
        <w:trPr>
          <w:jc w:val="center"/>
        </w:trPr>
        <w:tc>
          <w:tcPr>
            <w:tcW w:w="1800" w:type="dxa"/>
          </w:tcPr>
          <w:p w14:paraId="1EBE0C21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000" w:type="dxa"/>
          </w:tcPr>
          <w:p w14:paraId="7BE41132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00" w:type="dxa"/>
          </w:tcPr>
          <w:p w14:paraId="7774A8BE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00" w:type="dxa"/>
          </w:tcPr>
          <w:p w14:paraId="517A6B59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69A5DCB6" w14:textId="77777777">
        <w:trPr>
          <w:jc w:val="center"/>
        </w:trPr>
        <w:tc>
          <w:tcPr>
            <w:tcW w:w="1800" w:type="dxa"/>
          </w:tcPr>
          <w:p w14:paraId="0463ED37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000" w:type="dxa"/>
          </w:tcPr>
          <w:p w14:paraId="0890006B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00" w:type="dxa"/>
          </w:tcPr>
          <w:p w14:paraId="176CCD82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00" w:type="dxa"/>
          </w:tcPr>
          <w:p w14:paraId="4414B663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</w:tbl>
    <w:p w14:paraId="1B112FC6" w14:textId="77777777" w:rsidR="00BE5611" w:rsidRPr="001C6C86" w:rsidRDefault="00BE5611" w:rsidP="001C6C86">
      <w:pPr>
        <w:spacing w:after="0"/>
        <w:rPr>
          <w:sz w:val="20"/>
          <w:szCs w:val="20"/>
          <w:lang w:val="ro-RO"/>
        </w:rPr>
      </w:pPr>
    </w:p>
    <w:p w14:paraId="7D6289DB" w14:textId="77777777" w:rsidR="00BE5611" w:rsidRPr="001C6C86" w:rsidRDefault="00000000" w:rsidP="001C6C86">
      <w:pPr>
        <w:pStyle w:val="Heading1"/>
        <w:spacing w:before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IV. Categoria declarată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7000"/>
      </w:tblGrid>
      <w:tr w:rsidR="00BE5611" w:rsidRPr="001C6C86" w14:paraId="6683A6F7" w14:textId="77777777">
        <w:trPr>
          <w:jc w:val="center"/>
        </w:trPr>
        <w:tc>
          <w:tcPr>
            <w:tcW w:w="1000" w:type="dxa"/>
            <w:shd w:val="clear" w:color="auto" w:fill="D9EAF7"/>
          </w:tcPr>
          <w:p w14:paraId="484F88F9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Bifați</w:t>
            </w:r>
          </w:p>
        </w:tc>
        <w:tc>
          <w:tcPr>
            <w:tcW w:w="7000" w:type="dxa"/>
            <w:shd w:val="clear" w:color="auto" w:fill="D9EAF7"/>
          </w:tcPr>
          <w:p w14:paraId="2E46A062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Categorie</w:t>
            </w:r>
          </w:p>
        </w:tc>
      </w:tr>
      <w:tr w:rsidR="00BE5611" w:rsidRPr="001C6C86" w14:paraId="3A6C7C1E" w14:textId="77777777">
        <w:trPr>
          <w:jc w:val="center"/>
        </w:trPr>
        <w:tc>
          <w:tcPr>
            <w:tcW w:w="1000" w:type="dxa"/>
          </w:tcPr>
          <w:p w14:paraId="63A949FD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7000" w:type="dxa"/>
          </w:tcPr>
          <w:p w14:paraId="70885D34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Microîntreprindere</w:t>
            </w:r>
          </w:p>
        </w:tc>
      </w:tr>
      <w:tr w:rsidR="00BE5611" w:rsidRPr="001C6C86" w14:paraId="4CA90939" w14:textId="77777777">
        <w:trPr>
          <w:jc w:val="center"/>
        </w:trPr>
        <w:tc>
          <w:tcPr>
            <w:tcW w:w="1000" w:type="dxa"/>
          </w:tcPr>
          <w:p w14:paraId="6EE257D9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7000" w:type="dxa"/>
          </w:tcPr>
          <w:p w14:paraId="7C510E93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Întreprindere mică</w:t>
            </w:r>
          </w:p>
        </w:tc>
      </w:tr>
      <w:tr w:rsidR="00BE5611" w:rsidRPr="001C6C86" w14:paraId="0C8E1A5F" w14:textId="77777777">
        <w:trPr>
          <w:jc w:val="center"/>
        </w:trPr>
        <w:tc>
          <w:tcPr>
            <w:tcW w:w="1000" w:type="dxa"/>
          </w:tcPr>
          <w:p w14:paraId="0BD3B83C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☐</w:t>
            </w:r>
          </w:p>
        </w:tc>
        <w:tc>
          <w:tcPr>
            <w:tcW w:w="7000" w:type="dxa"/>
          </w:tcPr>
          <w:p w14:paraId="544F982F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Întreprindere mijlocie</w:t>
            </w:r>
          </w:p>
        </w:tc>
      </w:tr>
    </w:tbl>
    <w:p w14:paraId="42965314" w14:textId="77777777" w:rsidR="00BE5611" w:rsidRPr="001C6C86" w:rsidRDefault="00BE5611" w:rsidP="001C6C86">
      <w:pPr>
        <w:spacing w:after="0"/>
        <w:rPr>
          <w:sz w:val="20"/>
          <w:szCs w:val="20"/>
          <w:lang w:val="ro-RO"/>
        </w:rPr>
      </w:pPr>
    </w:p>
    <w:p w14:paraId="1BFDF252" w14:textId="77777777" w:rsidR="00BE5611" w:rsidRPr="001C6C86" w:rsidRDefault="00000000" w:rsidP="001C6C86">
      <w:pPr>
        <w:pStyle w:val="Heading1"/>
        <w:spacing w:before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V. Informații privind întreprinderile partenere/legate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200"/>
        <w:gridCol w:w="1200"/>
        <w:gridCol w:w="1200"/>
        <w:gridCol w:w="2081"/>
        <w:gridCol w:w="1300"/>
      </w:tblGrid>
      <w:tr w:rsidR="00BE5611" w:rsidRPr="001C6C86" w14:paraId="7BAB2923" w14:textId="77777777">
        <w:trPr>
          <w:jc w:val="center"/>
        </w:trPr>
        <w:tc>
          <w:tcPr>
            <w:tcW w:w="600" w:type="dxa"/>
            <w:shd w:val="clear" w:color="auto" w:fill="D9EAF7"/>
          </w:tcPr>
          <w:p w14:paraId="7845F546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200" w:type="dxa"/>
            <w:shd w:val="clear" w:color="auto" w:fill="D9EAF7"/>
          </w:tcPr>
          <w:p w14:paraId="2EDF7531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Denumire întreprindere</w:t>
            </w:r>
          </w:p>
        </w:tc>
        <w:tc>
          <w:tcPr>
            <w:tcW w:w="1200" w:type="dxa"/>
            <w:shd w:val="clear" w:color="auto" w:fill="D9EAF7"/>
          </w:tcPr>
          <w:p w14:paraId="4D9FAEE5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CUI</w:t>
            </w:r>
          </w:p>
        </w:tc>
        <w:tc>
          <w:tcPr>
            <w:tcW w:w="1200" w:type="dxa"/>
            <w:shd w:val="clear" w:color="auto" w:fill="D9EAF7"/>
          </w:tcPr>
          <w:p w14:paraId="020555B8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Tip relație</w:t>
            </w:r>
          </w:p>
        </w:tc>
        <w:tc>
          <w:tcPr>
            <w:tcW w:w="1500" w:type="dxa"/>
            <w:shd w:val="clear" w:color="auto" w:fill="D9EAF7"/>
          </w:tcPr>
          <w:p w14:paraId="21B6351C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Procent participație/drepturi de vot</w:t>
            </w:r>
          </w:p>
        </w:tc>
        <w:tc>
          <w:tcPr>
            <w:tcW w:w="1300" w:type="dxa"/>
            <w:shd w:val="clear" w:color="auto" w:fill="D9EAF7"/>
          </w:tcPr>
          <w:p w14:paraId="66202EAA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b/>
                <w:sz w:val="20"/>
                <w:szCs w:val="20"/>
                <w:lang w:val="ro-RO"/>
              </w:rPr>
              <w:t>Observații</w:t>
            </w:r>
          </w:p>
        </w:tc>
      </w:tr>
      <w:tr w:rsidR="00BE5611" w:rsidRPr="001C6C86" w14:paraId="543CA8DC" w14:textId="77777777">
        <w:trPr>
          <w:jc w:val="center"/>
        </w:trPr>
        <w:tc>
          <w:tcPr>
            <w:tcW w:w="600" w:type="dxa"/>
          </w:tcPr>
          <w:p w14:paraId="70562DCE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1</w:t>
            </w:r>
          </w:p>
        </w:tc>
        <w:tc>
          <w:tcPr>
            <w:tcW w:w="2200" w:type="dxa"/>
          </w:tcPr>
          <w:p w14:paraId="35282F0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61A1B8E6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143F2BB8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00" w:type="dxa"/>
          </w:tcPr>
          <w:p w14:paraId="567CF55A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00" w:type="dxa"/>
          </w:tcPr>
          <w:p w14:paraId="12DD70CA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250BAB32" w14:textId="77777777">
        <w:trPr>
          <w:jc w:val="center"/>
        </w:trPr>
        <w:tc>
          <w:tcPr>
            <w:tcW w:w="600" w:type="dxa"/>
          </w:tcPr>
          <w:p w14:paraId="3626D198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2200" w:type="dxa"/>
          </w:tcPr>
          <w:p w14:paraId="0A438D9D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5C9C67E5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774AAE4E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00" w:type="dxa"/>
          </w:tcPr>
          <w:p w14:paraId="070DD8AE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00" w:type="dxa"/>
          </w:tcPr>
          <w:p w14:paraId="393E45E1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311ADDB4" w14:textId="77777777">
        <w:trPr>
          <w:jc w:val="center"/>
        </w:trPr>
        <w:tc>
          <w:tcPr>
            <w:tcW w:w="600" w:type="dxa"/>
          </w:tcPr>
          <w:p w14:paraId="4BB36A91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3</w:t>
            </w:r>
          </w:p>
        </w:tc>
        <w:tc>
          <w:tcPr>
            <w:tcW w:w="2200" w:type="dxa"/>
          </w:tcPr>
          <w:p w14:paraId="3D0C0881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11AF0FD0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03FE54F7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00" w:type="dxa"/>
          </w:tcPr>
          <w:p w14:paraId="4F0E3643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00" w:type="dxa"/>
          </w:tcPr>
          <w:p w14:paraId="6F447A75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217840DB" w14:textId="77777777">
        <w:trPr>
          <w:jc w:val="center"/>
        </w:trPr>
        <w:tc>
          <w:tcPr>
            <w:tcW w:w="600" w:type="dxa"/>
          </w:tcPr>
          <w:p w14:paraId="6EB81E53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2200" w:type="dxa"/>
          </w:tcPr>
          <w:p w14:paraId="2870517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77F2DB49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3AD3662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00" w:type="dxa"/>
          </w:tcPr>
          <w:p w14:paraId="5B037A21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00" w:type="dxa"/>
          </w:tcPr>
          <w:p w14:paraId="2F711D27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  <w:tr w:rsidR="00BE5611" w:rsidRPr="001C6C86" w14:paraId="64C95292" w14:textId="77777777">
        <w:trPr>
          <w:jc w:val="center"/>
        </w:trPr>
        <w:tc>
          <w:tcPr>
            <w:tcW w:w="600" w:type="dxa"/>
          </w:tcPr>
          <w:p w14:paraId="1D5CC350" w14:textId="77777777" w:rsidR="00BE5611" w:rsidRPr="001C6C86" w:rsidRDefault="00000000" w:rsidP="001C6C86">
            <w:pPr>
              <w:rPr>
                <w:sz w:val="20"/>
                <w:szCs w:val="20"/>
                <w:lang w:val="ro-RO"/>
              </w:rPr>
            </w:pPr>
            <w:r w:rsidRPr="001C6C86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2200" w:type="dxa"/>
          </w:tcPr>
          <w:p w14:paraId="0ABD9EEB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27866275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00" w:type="dxa"/>
          </w:tcPr>
          <w:p w14:paraId="697BE81C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00" w:type="dxa"/>
          </w:tcPr>
          <w:p w14:paraId="5184708F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00" w:type="dxa"/>
          </w:tcPr>
          <w:p w14:paraId="60DEF77D" w14:textId="77777777" w:rsidR="00BE5611" w:rsidRPr="001C6C86" w:rsidRDefault="00BE5611" w:rsidP="001C6C86">
            <w:pPr>
              <w:rPr>
                <w:sz w:val="20"/>
                <w:szCs w:val="20"/>
                <w:lang w:val="ro-RO"/>
              </w:rPr>
            </w:pPr>
          </w:p>
        </w:tc>
      </w:tr>
    </w:tbl>
    <w:p w14:paraId="1A7194EA" w14:textId="77777777" w:rsidR="00BE5611" w:rsidRPr="001C6C86" w:rsidRDefault="00BE5611" w:rsidP="001C6C86">
      <w:pPr>
        <w:spacing w:after="0"/>
        <w:rPr>
          <w:sz w:val="20"/>
          <w:szCs w:val="20"/>
          <w:lang w:val="ro-RO"/>
        </w:rPr>
      </w:pPr>
    </w:p>
    <w:p w14:paraId="126AA1BD" w14:textId="77777777" w:rsidR="00BE5611" w:rsidRPr="001C6C86" w:rsidRDefault="00000000" w:rsidP="001C6C86">
      <w:pPr>
        <w:spacing w:after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t>Subsemnatul/Subsemnata ........................................, în calitate de ........................................, declar pe propria răspundere că datele prezentate sunt reale, complete și corecte și că întreprinderea se încadrează în categoria indicată mai sus.</w:t>
      </w:r>
    </w:p>
    <w:p w14:paraId="1FCB8323" w14:textId="77777777" w:rsidR="00BE5611" w:rsidRPr="001C6C86" w:rsidRDefault="00000000" w:rsidP="001C6C86">
      <w:pPr>
        <w:spacing w:after="0"/>
        <w:rPr>
          <w:sz w:val="20"/>
          <w:szCs w:val="20"/>
          <w:lang w:val="ro-RO"/>
        </w:rPr>
      </w:pPr>
      <w:r w:rsidRPr="001C6C86">
        <w:rPr>
          <w:sz w:val="20"/>
          <w:szCs w:val="20"/>
          <w:lang w:val="ro-RO"/>
        </w:rPr>
        <w:br/>
        <w:t>Nume și prenume: ........................................</w:t>
      </w:r>
      <w:r w:rsidRPr="001C6C86">
        <w:rPr>
          <w:sz w:val="20"/>
          <w:szCs w:val="20"/>
          <w:lang w:val="ro-RO"/>
        </w:rPr>
        <w:br/>
        <w:t>Funcție: ........................................</w:t>
      </w:r>
      <w:r w:rsidRPr="001C6C86">
        <w:rPr>
          <w:sz w:val="20"/>
          <w:szCs w:val="20"/>
          <w:lang w:val="ro-RO"/>
        </w:rPr>
        <w:br/>
        <w:t>Semnătură: ........................................</w:t>
      </w:r>
      <w:r w:rsidRPr="001C6C86">
        <w:rPr>
          <w:sz w:val="20"/>
          <w:szCs w:val="20"/>
          <w:lang w:val="ro-RO"/>
        </w:rPr>
        <w:br/>
        <w:t>Data: ........................................</w:t>
      </w:r>
    </w:p>
    <w:sectPr w:rsidR="00BE5611" w:rsidRPr="001C6C86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3830590">
    <w:abstractNumId w:val="8"/>
  </w:num>
  <w:num w:numId="2" w16cid:durableId="1265728611">
    <w:abstractNumId w:val="6"/>
  </w:num>
  <w:num w:numId="3" w16cid:durableId="1070929387">
    <w:abstractNumId w:val="5"/>
  </w:num>
  <w:num w:numId="4" w16cid:durableId="153840537">
    <w:abstractNumId w:val="4"/>
  </w:num>
  <w:num w:numId="5" w16cid:durableId="1706640040">
    <w:abstractNumId w:val="7"/>
  </w:num>
  <w:num w:numId="6" w16cid:durableId="658385972">
    <w:abstractNumId w:val="3"/>
  </w:num>
  <w:num w:numId="7" w16cid:durableId="396126905">
    <w:abstractNumId w:val="2"/>
  </w:num>
  <w:num w:numId="8" w16cid:durableId="119694755">
    <w:abstractNumId w:val="1"/>
  </w:num>
  <w:num w:numId="9" w16cid:durableId="7583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C86"/>
    <w:rsid w:val="00234033"/>
    <w:rsid w:val="0029639D"/>
    <w:rsid w:val="00326F90"/>
    <w:rsid w:val="00AA1D8D"/>
    <w:rsid w:val="00B47730"/>
    <w:rsid w:val="00BE561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1D7346"/>
  <w14:defaultImageDpi w14:val="300"/>
  <w15:docId w15:val="{E217EDC3-BC8C-4B4A-A2E4-4A5B5DB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Cezar Vladut</cp:lastModifiedBy>
  <cp:revision>2</cp:revision>
  <dcterms:created xsi:type="dcterms:W3CDTF">2013-12-23T23:15:00Z</dcterms:created>
  <dcterms:modified xsi:type="dcterms:W3CDTF">2026-08-06T09:59:00Z</dcterms:modified>
  <cp:category/>
</cp:coreProperties>
</file>